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89" w:rsidRDefault="00F63989">
      <w:pPr>
        <w:pStyle w:val="Titre1"/>
        <w:jc w:val="center"/>
      </w:pPr>
      <w:r>
        <w:rPr>
          <w:noProof/>
          <w:lang w:val="fr-CH" w:eastAsia="fr-CH"/>
        </w:rPr>
        <w:drawing>
          <wp:inline distT="0" distB="0" distL="0" distR="0">
            <wp:extent cx="2085975" cy="80794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ole Lemania-2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440" cy="81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5E6" w:rsidRDefault="00543FE6">
      <w:pPr>
        <w:pStyle w:val="Titre1"/>
        <w:jc w:val="center"/>
      </w:pPr>
      <w:r>
        <w:t>FICHE D'INSCRIPTION – COURS DE LANGUES</w:t>
      </w:r>
    </w:p>
    <w:p w:rsidR="00E8407A" w:rsidRDefault="00E8407A" w:rsidP="00E8407A">
      <w:pPr>
        <w:spacing w:before="160" w:after="4"/>
        <w:jc w:val="center"/>
        <w:rPr>
          <w:sz w:val="24"/>
          <w:szCs w:val="24"/>
        </w:rPr>
      </w:pPr>
      <w:r>
        <w:rPr>
          <w:color w:val="333333"/>
          <w:sz w:val="24"/>
          <w:szCs w:val="24"/>
        </w:rPr>
        <w:t>Ecole Lémania – Lausanne, Suisse</w:t>
      </w:r>
    </w:p>
    <w:p w:rsidR="00E8407A" w:rsidRDefault="00E8407A" w:rsidP="00E8407A">
      <w:pPr>
        <w:spacing w:after="4"/>
        <w:jc w:val="center"/>
        <w:rPr>
          <w:sz w:val="24"/>
          <w:szCs w:val="24"/>
        </w:rPr>
      </w:pPr>
      <w:proofErr w:type="spellStart"/>
      <w:r>
        <w:rPr>
          <w:color w:val="333333"/>
          <w:sz w:val="24"/>
          <w:szCs w:val="24"/>
        </w:rPr>
        <w:t>Chemin</w:t>
      </w:r>
      <w:proofErr w:type="spellEnd"/>
      <w:r>
        <w:rPr>
          <w:color w:val="333333"/>
          <w:sz w:val="24"/>
          <w:szCs w:val="24"/>
        </w:rPr>
        <w:t xml:space="preserve"> de </w:t>
      </w:r>
      <w:proofErr w:type="spellStart"/>
      <w:r>
        <w:rPr>
          <w:color w:val="333333"/>
          <w:sz w:val="24"/>
          <w:szCs w:val="24"/>
        </w:rPr>
        <w:t>Préville</w:t>
      </w:r>
      <w:proofErr w:type="spellEnd"/>
      <w:r>
        <w:rPr>
          <w:color w:val="333333"/>
          <w:sz w:val="24"/>
          <w:szCs w:val="24"/>
        </w:rPr>
        <w:t xml:space="preserve"> 3 · 1001 Lausanne</w:t>
      </w:r>
    </w:p>
    <w:p w:rsidR="00F715E6" w:rsidRDefault="00BD459C" w:rsidP="00E8407A">
      <w:pPr>
        <w:spacing w:after="300"/>
        <w:jc w:val="center"/>
        <w:rPr>
          <w:sz w:val="24"/>
          <w:szCs w:val="24"/>
        </w:rPr>
      </w:pPr>
      <w:hyperlink r:id="rId7" w:history="1">
        <w:r w:rsidR="00E8407A" w:rsidRPr="00997F3C">
          <w:rPr>
            <w:rStyle w:val="Lienhypertexte"/>
            <w:sz w:val="24"/>
            <w:szCs w:val="24"/>
          </w:rPr>
          <w:t>info@lemania.ch</w:t>
        </w:r>
      </w:hyperlink>
    </w:p>
    <w:p w:rsidR="00F715E6" w:rsidRDefault="00543FE6">
      <w:pPr>
        <w:pStyle w:val="Titre2"/>
      </w:pPr>
      <w:bookmarkStart w:id="0" w:name="_GoBack"/>
      <w:bookmarkEnd w:id="0"/>
      <w:r>
        <w:t xml:space="preserve">1. Informations Personnelles de </w:t>
      </w:r>
      <w:proofErr w:type="gramStart"/>
      <w:r>
        <w:t>l'Étudiant(</w:t>
      </w:r>
      <w:proofErr w:type="gramEnd"/>
      <w:r>
        <w:t>e)</w:t>
      </w:r>
    </w:p>
    <w:p w:rsidR="00F715E6" w:rsidRDefault="00543FE6">
      <w:r>
        <w:t>Nom : ____________________________</w:t>
      </w:r>
    </w:p>
    <w:p w:rsidR="00F715E6" w:rsidRDefault="00543FE6">
      <w:r>
        <w:t>Prénom : _________________________</w:t>
      </w:r>
    </w:p>
    <w:p w:rsidR="00F715E6" w:rsidRDefault="00543FE6">
      <w:r>
        <w:t>Date de naissance : ____ / ____ / ________</w:t>
      </w:r>
    </w:p>
    <w:p w:rsidR="00F715E6" w:rsidRDefault="00543FE6">
      <w:r>
        <w:t>Nationalité : ____________________</w:t>
      </w:r>
    </w:p>
    <w:p w:rsidR="00F715E6" w:rsidRDefault="00543FE6">
      <w:r>
        <w:t>Adresse : ________________________________________________</w:t>
      </w:r>
    </w:p>
    <w:p w:rsidR="00F715E6" w:rsidRDefault="00543FE6">
      <w:r>
        <w:t>Téléphone : ______________________</w:t>
      </w:r>
    </w:p>
    <w:p w:rsidR="00F715E6" w:rsidRDefault="00543FE6">
      <w:r>
        <w:t>E-mail : _________________________</w:t>
      </w:r>
    </w:p>
    <w:p w:rsidR="00F715E6" w:rsidRDefault="00543FE6">
      <w:pPr>
        <w:pStyle w:val="Titre2"/>
      </w:pPr>
      <w:r>
        <w:t>2. Coordonnées des Parents (ou du Représentant Légal)</w:t>
      </w:r>
    </w:p>
    <w:p w:rsidR="00F715E6" w:rsidRDefault="00543FE6">
      <w:r>
        <w:t>(À remplir obligatoirement si l'étudiant est mineur)</w:t>
      </w:r>
    </w:p>
    <w:p w:rsidR="00F715E6" w:rsidRDefault="00543FE6">
      <w:r>
        <w:t>Nom et prénom : _________________________________</w:t>
      </w:r>
    </w:p>
    <w:p w:rsidR="00F715E6" w:rsidRDefault="00543FE6">
      <w:r>
        <w:t>Lien de parenté : __________________</w:t>
      </w:r>
    </w:p>
    <w:p w:rsidR="00F715E6" w:rsidRDefault="00543FE6">
      <w:r>
        <w:t>Adresse (si différente) : __________________________</w:t>
      </w:r>
    </w:p>
    <w:p w:rsidR="00F715E6" w:rsidRDefault="00543FE6">
      <w:r>
        <w:t>Téléphone (urgence) : __________________</w:t>
      </w:r>
    </w:p>
    <w:p w:rsidR="00F715E6" w:rsidRDefault="00543FE6">
      <w:r>
        <w:t>E-mail : __________________</w:t>
      </w:r>
    </w:p>
    <w:p w:rsidR="00F715E6" w:rsidRDefault="00543FE6">
      <w:pPr>
        <w:pStyle w:val="Titre2"/>
      </w:pPr>
      <w:r>
        <w:t>3. Choix du cours</w:t>
      </w:r>
    </w:p>
    <w:p w:rsidR="00F715E6" w:rsidRDefault="00543FE6">
      <w:r>
        <w:t xml:space="preserve">☐ </w:t>
      </w:r>
      <w:proofErr w:type="spellStart"/>
      <w:r>
        <w:t>Anglais</w:t>
      </w:r>
      <w:proofErr w:type="spellEnd"/>
      <w:r>
        <w:t xml:space="preserve"> (</w:t>
      </w:r>
      <w:proofErr w:type="spellStart"/>
      <w:r>
        <w:t>Rentrée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lundi</w:t>
      </w:r>
      <w:proofErr w:type="spellEnd"/>
      <w:r>
        <w:t>)</w:t>
      </w:r>
    </w:p>
    <w:p w:rsidR="00F715E6" w:rsidRDefault="00543FE6">
      <w:r>
        <w:t xml:space="preserve">☐ </w:t>
      </w:r>
      <w:proofErr w:type="spellStart"/>
      <w:r>
        <w:t>Français</w:t>
      </w:r>
      <w:proofErr w:type="spellEnd"/>
      <w:r>
        <w:t xml:space="preserve"> (</w:t>
      </w:r>
      <w:proofErr w:type="spellStart"/>
      <w:r>
        <w:t>Rentrée</w:t>
      </w:r>
      <w:proofErr w:type="spellEnd"/>
      <w:r>
        <w:t xml:space="preserve"> </w:t>
      </w:r>
      <w:proofErr w:type="spellStart"/>
      <w:r>
        <w:t>c</w:t>
      </w:r>
      <w:r w:rsidR="00F63989">
        <w:t>haque</w:t>
      </w:r>
      <w:proofErr w:type="spellEnd"/>
      <w:r w:rsidR="00F63989">
        <w:t xml:space="preserve"> </w:t>
      </w:r>
      <w:proofErr w:type="spellStart"/>
      <w:r w:rsidR="00F63989">
        <w:t>lundi</w:t>
      </w:r>
      <w:proofErr w:type="spellEnd"/>
      <w:r>
        <w:t>)</w:t>
      </w:r>
    </w:p>
    <w:p w:rsidR="00F715E6" w:rsidRDefault="00543FE6">
      <w:proofErr w:type="spellStart"/>
      <w:proofErr w:type="gramStart"/>
      <w:r>
        <w:t>Formule</w:t>
      </w:r>
      <w:proofErr w:type="spellEnd"/>
      <w:r>
        <w:t xml:space="preserve"> :</w:t>
      </w:r>
      <w:proofErr w:type="gramEnd"/>
    </w:p>
    <w:p w:rsidR="00F715E6" w:rsidRDefault="00543FE6">
      <w:r>
        <w:lastRenderedPageBreak/>
        <w:t>☐ Intensif (16h40/semaine – 08h20 à 12h00</w:t>
      </w:r>
      <w:proofErr w:type="gramStart"/>
      <w:r>
        <w:t>) :</w:t>
      </w:r>
      <w:proofErr w:type="gramEnd"/>
      <w:r>
        <w:t xml:space="preserve"> CHF 4</w:t>
      </w:r>
      <w:r w:rsidR="00F26933">
        <w:t>0</w:t>
      </w:r>
      <w:r>
        <w:t xml:space="preserve">0.- / </w:t>
      </w:r>
      <w:proofErr w:type="spellStart"/>
      <w:r>
        <w:t>semaine</w:t>
      </w:r>
      <w:proofErr w:type="spellEnd"/>
    </w:p>
    <w:p w:rsidR="00F715E6" w:rsidRDefault="00543FE6">
      <w:r>
        <w:t>☐ Super Intensif (20h00/semaine – 08h20 à 12h45</w:t>
      </w:r>
      <w:proofErr w:type="gramStart"/>
      <w:r>
        <w:t>) :</w:t>
      </w:r>
      <w:proofErr w:type="gramEnd"/>
      <w:r>
        <w:t xml:space="preserve"> CHF </w:t>
      </w:r>
      <w:r w:rsidR="00F26933">
        <w:t>480</w:t>
      </w:r>
      <w:r>
        <w:t xml:space="preserve">.- / </w:t>
      </w:r>
      <w:proofErr w:type="spellStart"/>
      <w:r>
        <w:t>semaine</w:t>
      </w:r>
      <w:proofErr w:type="spellEnd"/>
    </w:p>
    <w:p w:rsidR="00F715E6" w:rsidRDefault="00543FE6">
      <w:r>
        <w:t xml:space="preserve">Date de début </w:t>
      </w:r>
      <w:proofErr w:type="spellStart"/>
      <w:proofErr w:type="gramStart"/>
      <w:r>
        <w:t>souhaitée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Lundi</w:t>
      </w:r>
      <w:proofErr w:type="spellEnd"/>
      <w:r>
        <w:t xml:space="preserve"> ____ / ____ / 20___</w:t>
      </w:r>
    </w:p>
    <w:p w:rsidR="00F715E6" w:rsidRDefault="00F63989">
      <w:proofErr w:type="spellStart"/>
      <w:r>
        <w:t>Durée</w:t>
      </w:r>
      <w:proofErr w:type="spellEnd"/>
      <w:r>
        <w:t xml:space="preserve"> </w:t>
      </w:r>
      <w:proofErr w:type="spellStart"/>
      <w:proofErr w:type="gramStart"/>
      <w:r>
        <w:t>prévue</w:t>
      </w:r>
      <w:proofErr w:type="spellEnd"/>
      <w:r>
        <w:t xml:space="preserve"> :</w:t>
      </w:r>
      <w:proofErr w:type="gramEnd"/>
      <w:r>
        <w:t xml:space="preserve"> _______________</w:t>
      </w:r>
      <w:proofErr w:type="spellStart"/>
      <w:r w:rsidR="00543FE6">
        <w:t>semaines</w:t>
      </w:r>
      <w:proofErr w:type="spellEnd"/>
      <w:r>
        <w:t xml:space="preserve"> </w:t>
      </w:r>
    </w:p>
    <w:p w:rsidR="00F63989" w:rsidRDefault="00F63989">
      <w:proofErr w:type="spellStart"/>
      <w:r>
        <w:t>Ou</w:t>
      </w:r>
      <w:proofErr w:type="spellEnd"/>
      <w:r>
        <w:t xml:space="preserve"> Date de fin: __________________________</w:t>
      </w:r>
    </w:p>
    <w:p w:rsidR="00F715E6" w:rsidRDefault="00543FE6">
      <w:proofErr w:type="spellStart"/>
      <w:r>
        <w:t>Frais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 (</w:t>
      </w:r>
      <w:proofErr w:type="spellStart"/>
      <w:r>
        <w:t>obligatoires</w:t>
      </w:r>
      <w:proofErr w:type="spellEnd"/>
      <w:r>
        <w:t xml:space="preserve"> et non </w:t>
      </w:r>
      <w:proofErr w:type="spellStart"/>
      <w:r>
        <w:t>remboursables</w:t>
      </w:r>
      <w:proofErr w:type="spellEnd"/>
      <w:proofErr w:type="gramStart"/>
      <w:r>
        <w:t>) :</w:t>
      </w:r>
      <w:proofErr w:type="gramEnd"/>
      <w:r>
        <w:t xml:space="preserve"> CHF 100.-</w:t>
      </w:r>
    </w:p>
    <w:p w:rsidR="00BD459C" w:rsidRDefault="00BD459C"/>
    <w:p w:rsidR="00DC1ACE" w:rsidRDefault="00DC1ACE" w:rsidP="00DC1ACE">
      <w:proofErr w:type="spellStart"/>
      <w:r>
        <w:t>Niveau</w:t>
      </w:r>
      <w:proofErr w:type="spellEnd"/>
      <w:r>
        <w:t xml:space="preserve"> de </w:t>
      </w:r>
      <w:proofErr w:type="spellStart"/>
      <w:proofErr w:type="gramStart"/>
      <w:r>
        <w:t>l'étudiant</w:t>
      </w:r>
      <w:proofErr w:type="spellEnd"/>
      <w:r>
        <w:t>(</w:t>
      </w:r>
      <w:proofErr w:type="gramEnd"/>
      <w:r>
        <w:t xml:space="preserve">e) </w:t>
      </w:r>
      <w:proofErr w:type="spellStart"/>
      <w:r>
        <w:t>en</w:t>
      </w:r>
      <w:proofErr w:type="spellEnd"/>
      <w:r>
        <w:t xml:space="preserve"> </w:t>
      </w:r>
      <w:proofErr w:type="spellStart"/>
      <w:r>
        <w:t>français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: A1, A2, B1, B2…) :</w:t>
      </w:r>
    </w:p>
    <w:p w:rsidR="00DC1ACE" w:rsidRDefault="00DC1ACE" w:rsidP="00DC1ACE">
      <w:proofErr w:type="spellStart"/>
      <w:r>
        <w:t>Niveau</w:t>
      </w:r>
      <w:proofErr w:type="spellEnd"/>
      <w:r>
        <w:t xml:space="preserve"> de </w:t>
      </w:r>
      <w:proofErr w:type="spellStart"/>
      <w:proofErr w:type="gramStart"/>
      <w:r>
        <w:t>l'étudiant</w:t>
      </w:r>
      <w:proofErr w:type="spellEnd"/>
      <w:r>
        <w:t>(</w:t>
      </w:r>
      <w:proofErr w:type="gramEnd"/>
      <w:r>
        <w:t xml:space="preserve">e)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: A1, A2, B1, B2…) :</w:t>
      </w:r>
    </w:p>
    <w:p w:rsidR="002F501E" w:rsidRDefault="002F501E" w:rsidP="00DC1ACE"/>
    <w:p w:rsidR="00F715E6" w:rsidRDefault="00543FE6">
      <w:pPr>
        <w:pStyle w:val="Titre2"/>
      </w:pPr>
      <w:r>
        <w:t>4. Conditions générales</w:t>
      </w:r>
    </w:p>
    <w:p w:rsidR="00F715E6" w:rsidRDefault="00543FE6">
      <w:r>
        <w:t>• De 14 à 21 jours avant le début : 50 % du montant total est dû.</w:t>
      </w:r>
    </w:p>
    <w:p w:rsidR="00F715E6" w:rsidRDefault="00543FE6">
      <w:r>
        <w:t>• De 7 à 13 jours avant le début : 75 % du montant total est dû.</w:t>
      </w:r>
    </w:p>
    <w:p w:rsidR="00F715E6" w:rsidRDefault="00543FE6">
      <w:r>
        <w:t>• Moins de 7 jours avant le début : 100 % du montant total est dû.</w:t>
      </w:r>
    </w:p>
    <w:p w:rsidR="00F715E6" w:rsidRDefault="00543FE6">
      <w:r>
        <w:t>• Arrêt en cours de formation : seule la semaine entamée reste due.</w:t>
      </w:r>
    </w:p>
    <w:p w:rsidR="00F715E6" w:rsidRDefault="00543FE6">
      <w:r>
        <w:t>• Report des semaines non effectuées uniquement sur présentation d'une prescription médicale.</w:t>
      </w:r>
    </w:p>
    <w:p w:rsidR="00F715E6" w:rsidRDefault="00543FE6">
      <w:pPr>
        <w:pStyle w:val="Titre2"/>
      </w:pPr>
      <w:r>
        <w:t>5. Signature</w:t>
      </w:r>
    </w:p>
    <w:p w:rsidR="00F715E6" w:rsidRDefault="00543FE6">
      <w:r>
        <w:t>Je certifie exactes les informations fournies et accepte les conditions générales.</w:t>
      </w:r>
    </w:p>
    <w:p w:rsidR="00F715E6" w:rsidRDefault="00F715E6"/>
    <w:p w:rsidR="00F715E6" w:rsidRDefault="00543FE6">
      <w:r>
        <w:t>Fait à : ____________________   le : ____ / ____ / 20___</w:t>
      </w:r>
    </w:p>
    <w:p w:rsidR="00F715E6" w:rsidRDefault="00F63989">
      <w:proofErr w:type="spellStart"/>
      <w:r>
        <w:t>L’étudiant</w:t>
      </w:r>
      <w:proofErr w:type="spellEnd"/>
      <w:r>
        <w:t xml:space="preserve"> </w:t>
      </w:r>
      <w:proofErr w:type="spellStart"/>
      <w:r>
        <w:t>devra</w:t>
      </w:r>
      <w:proofErr w:type="spellEnd"/>
      <w:r>
        <w:t xml:space="preserve"> respecter le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 de </w:t>
      </w:r>
      <w:proofErr w:type="spellStart"/>
      <w:r>
        <w:t>l’Ecole</w:t>
      </w:r>
      <w:proofErr w:type="spellEnd"/>
      <w:r>
        <w:t xml:space="preserve"> Lémania.</w:t>
      </w:r>
    </w:p>
    <w:p w:rsidR="00F63989" w:rsidRDefault="00F63989"/>
    <w:p w:rsidR="00F715E6" w:rsidRDefault="00543FE6">
      <w:r>
        <w:t xml:space="preserve">Signature de </w:t>
      </w:r>
      <w:proofErr w:type="gramStart"/>
      <w:r>
        <w:t>l'étudiant(</w:t>
      </w:r>
      <w:proofErr w:type="gramEnd"/>
      <w:r>
        <w:t>e) : ____________________________</w:t>
      </w:r>
    </w:p>
    <w:p w:rsidR="00F715E6" w:rsidRDefault="00F715E6"/>
    <w:p w:rsidR="00F715E6" w:rsidRDefault="00543FE6">
      <w:r>
        <w:t>Signature du parent / représentant légal (si mineur) : ____________________________</w:t>
      </w:r>
    </w:p>
    <w:sectPr w:rsidR="00F715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F501E"/>
    <w:rsid w:val="00326F90"/>
    <w:rsid w:val="00543FE6"/>
    <w:rsid w:val="009F716A"/>
    <w:rsid w:val="00AA1D8D"/>
    <w:rsid w:val="00B47730"/>
    <w:rsid w:val="00BD459C"/>
    <w:rsid w:val="00CB0664"/>
    <w:rsid w:val="00DC1ACE"/>
    <w:rsid w:val="00E8407A"/>
    <w:rsid w:val="00F26933"/>
    <w:rsid w:val="00F63989"/>
    <w:rsid w:val="00F715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D5D9F"/>
  <w14:defaultImageDpi w14:val="300"/>
  <w15:docId w15:val="{1F047354-101D-4ECD-A8A3-2E3B2175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E840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8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lemania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03D88E-6745-475A-B3D7-F9234789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THAI Anh-Tan</cp:lastModifiedBy>
  <cp:revision>5</cp:revision>
  <dcterms:created xsi:type="dcterms:W3CDTF">2026-07-30T15:33:00Z</dcterms:created>
  <dcterms:modified xsi:type="dcterms:W3CDTF">2026-07-30T15:40:00Z</dcterms:modified>
  <cp:category/>
</cp:coreProperties>
</file>