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989" w:rsidRDefault="00F63989">
      <w:pPr>
        <w:pStyle w:val="Titre1"/>
        <w:jc w:val="center"/>
      </w:pPr>
      <w:r>
        <w:rPr>
          <w:noProof/>
          <w:lang w:val="fr-CH" w:eastAsia="fr-CH"/>
        </w:rPr>
        <w:drawing>
          <wp:inline distT="0" distB="0" distL="0" distR="0">
            <wp:extent cx="2085975" cy="80794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ole Lemania-202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440" cy="813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5E6" w:rsidRDefault="008C2048">
      <w:pPr>
        <w:pStyle w:val="Titre1"/>
        <w:jc w:val="center"/>
      </w:pPr>
      <w:r>
        <w:t>LANGUAGE COURSE REGISTRATION FORM</w:t>
      </w:r>
    </w:p>
    <w:p w:rsidR="00E526EE" w:rsidRPr="00E526EE" w:rsidRDefault="00E526EE" w:rsidP="00E526EE">
      <w:pPr>
        <w:spacing w:before="160" w:after="4"/>
        <w:jc w:val="center"/>
        <w:rPr>
          <w:sz w:val="24"/>
          <w:szCs w:val="24"/>
        </w:rPr>
      </w:pPr>
      <w:r w:rsidRPr="00E526EE">
        <w:rPr>
          <w:color w:val="333333"/>
          <w:sz w:val="24"/>
          <w:szCs w:val="24"/>
        </w:rPr>
        <w:t>Ecole Lémania – Lausanne, Switzerland</w:t>
      </w:r>
    </w:p>
    <w:p w:rsidR="00E526EE" w:rsidRPr="00E526EE" w:rsidRDefault="00E526EE" w:rsidP="00E526EE">
      <w:pPr>
        <w:spacing w:after="4"/>
        <w:jc w:val="center"/>
        <w:rPr>
          <w:sz w:val="24"/>
          <w:szCs w:val="24"/>
        </w:rPr>
      </w:pPr>
      <w:proofErr w:type="spellStart"/>
      <w:r w:rsidRPr="00E526EE">
        <w:rPr>
          <w:color w:val="333333"/>
          <w:sz w:val="24"/>
          <w:szCs w:val="24"/>
        </w:rPr>
        <w:t>Chemin</w:t>
      </w:r>
      <w:proofErr w:type="spellEnd"/>
      <w:r w:rsidRPr="00E526EE">
        <w:rPr>
          <w:color w:val="333333"/>
          <w:sz w:val="24"/>
          <w:szCs w:val="24"/>
        </w:rPr>
        <w:t xml:space="preserve"> de </w:t>
      </w:r>
      <w:proofErr w:type="spellStart"/>
      <w:r w:rsidRPr="00E526EE">
        <w:rPr>
          <w:color w:val="333333"/>
          <w:sz w:val="24"/>
          <w:szCs w:val="24"/>
        </w:rPr>
        <w:t>Préville</w:t>
      </w:r>
      <w:proofErr w:type="spellEnd"/>
      <w:r w:rsidRPr="00E526EE">
        <w:rPr>
          <w:color w:val="333333"/>
          <w:sz w:val="24"/>
          <w:szCs w:val="24"/>
        </w:rPr>
        <w:t xml:space="preserve"> 3 · 1001 Lausanne</w:t>
      </w:r>
    </w:p>
    <w:p w:rsidR="00F715E6" w:rsidRPr="00B54113" w:rsidRDefault="00E526EE" w:rsidP="00B54113">
      <w:pPr>
        <w:spacing w:after="300"/>
        <w:jc w:val="center"/>
        <w:rPr>
          <w:sz w:val="24"/>
          <w:szCs w:val="24"/>
        </w:rPr>
      </w:pPr>
      <w:r w:rsidRPr="00E526EE">
        <w:rPr>
          <w:color w:val="160591"/>
          <w:sz w:val="24"/>
          <w:szCs w:val="24"/>
        </w:rPr>
        <w:t>info@lemania.ch</w:t>
      </w:r>
    </w:p>
    <w:p w:rsidR="00F715E6" w:rsidRDefault="008C2048">
      <w:pPr>
        <w:pStyle w:val="Titre2"/>
      </w:pPr>
      <w:r>
        <w:t>1. Student's Personal Information</w:t>
      </w:r>
    </w:p>
    <w:p w:rsidR="00F715E6" w:rsidRDefault="008C2048">
      <w:r>
        <w:t>Last Name: ____________________________</w:t>
      </w:r>
    </w:p>
    <w:p w:rsidR="00F715E6" w:rsidRDefault="008C2048">
      <w:r>
        <w:t>First Name: _________________________</w:t>
      </w:r>
    </w:p>
    <w:p w:rsidR="00F715E6" w:rsidRDefault="008C2048">
      <w:r>
        <w:t>Date of Birth: ____ / ____ / ________</w:t>
      </w:r>
    </w:p>
    <w:p w:rsidR="00F715E6" w:rsidRDefault="008C2048">
      <w:r>
        <w:t>Nationality: ____________________</w:t>
      </w:r>
    </w:p>
    <w:p w:rsidR="00F715E6" w:rsidRDefault="008C2048">
      <w:r>
        <w:t>Address: ________________________________________________</w:t>
      </w:r>
    </w:p>
    <w:p w:rsidR="00F715E6" w:rsidRDefault="008C2048">
      <w:r>
        <w:t>Telephone: ______________________</w:t>
      </w:r>
    </w:p>
    <w:p w:rsidR="00F715E6" w:rsidRDefault="008C2048">
      <w:r>
        <w:t>E-mail: _________________________</w:t>
      </w:r>
    </w:p>
    <w:p w:rsidR="00F715E6" w:rsidRDefault="008C2048">
      <w:pPr>
        <w:pStyle w:val="Titre2"/>
      </w:pPr>
      <w:r>
        <w:t>2. Parent's (or Legal Guardian's) Contact Information</w:t>
      </w:r>
    </w:p>
    <w:p w:rsidR="00F715E6" w:rsidRDefault="008C2048">
      <w:r>
        <w:t>(Mandatory if the student is under 18.)</w:t>
      </w:r>
    </w:p>
    <w:p w:rsidR="00F715E6" w:rsidRDefault="008C2048">
      <w:r>
        <w:t>Full Name: _________________________________</w:t>
      </w:r>
    </w:p>
    <w:p w:rsidR="00F715E6" w:rsidRDefault="008C2048">
      <w:r>
        <w:t>Relationship: __________________</w:t>
      </w:r>
    </w:p>
    <w:p w:rsidR="00F715E6" w:rsidRDefault="008C2048">
      <w:r>
        <w:t>Address (if different): __________________________</w:t>
      </w:r>
    </w:p>
    <w:p w:rsidR="00F715E6" w:rsidRDefault="008C2048">
      <w:r>
        <w:t>Emergency Telephone: __________________</w:t>
      </w:r>
    </w:p>
    <w:p w:rsidR="00F715E6" w:rsidRDefault="008C2048">
      <w:r>
        <w:t>E-mail: __________________</w:t>
      </w:r>
    </w:p>
    <w:p w:rsidR="00F715E6" w:rsidRDefault="008C2048">
      <w:pPr>
        <w:pStyle w:val="Titre2"/>
      </w:pPr>
      <w:r>
        <w:t>3. Course Selection</w:t>
      </w:r>
    </w:p>
    <w:p w:rsidR="00F715E6" w:rsidRDefault="008C2048">
      <w:r>
        <w:t>☐ English (Starts every Monday)</w:t>
      </w:r>
    </w:p>
    <w:p w:rsidR="00F715E6" w:rsidRDefault="008C2048">
      <w:r>
        <w:t>☐ French (Starts every Monday)</w:t>
      </w:r>
    </w:p>
    <w:p w:rsidR="00F715E6" w:rsidRDefault="00F715E6"/>
    <w:p w:rsidR="00F715E6" w:rsidRDefault="008C2048">
      <w:r>
        <w:lastRenderedPageBreak/>
        <w:t>Programme:</w:t>
      </w:r>
    </w:p>
    <w:p w:rsidR="00F715E6" w:rsidRDefault="008C2048">
      <w:r>
        <w:t xml:space="preserve">☐ Intensive (16h40/week – 8:20 a.m. to 12:00 p.m.): CHF </w:t>
      </w:r>
      <w:r w:rsidR="00C8346D">
        <w:t>400</w:t>
      </w:r>
      <w:r>
        <w:t>/week</w:t>
      </w:r>
    </w:p>
    <w:p w:rsidR="00F715E6" w:rsidRDefault="008C2048">
      <w:r>
        <w:t xml:space="preserve">☐ Super Intensive (20h/week – 8:20 a.m. to 12:45 p.m.): CHF </w:t>
      </w:r>
      <w:r w:rsidR="00C8346D">
        <w:t>480</w:t>
      </w:r>
      <w:r>
        <w:t>/week</w:t>
      </w:r>
    </w:p>
    <w:p w:rsidR="00F715E6" w:rsidRDefault="008C2048">
      <w:r>
        <w:t xml:space="preserve">Preferred Start Date: </w:t>
      </w:r>
      <w:r w:rsidR="00E526EE">
        <w:t>Monday</w:t>
      </w:r>
      <w:r>
        <w:t xml:space="preserve"> ____ / ____ / 20___</w:t>
      </w:r>
    </w:p>
    <w:p w:rsidR="00F715E6" w:rsidRDefault="00F63989">
      <w:r>
        <w:t>Planned Duration: _______________</w:t>
      </w:r>
      <w:r w:rsidR="00E526EE">
        <w:t>weeks</w:t>
      </w:r>
    </w:p>
    <w:p w:rsidR="00F63989" w:rsidRDefault="00F63989">
      <w:proofErr w:type="gramStart"/>
      <w:r>
        <w:t>Or</w:t>
      </w:r>
      <w:proofErr w:type="gramEnd"/>
      <w:r>
        <w:t xml:space="preserve"> End Date: __________________________</w:t>
      </w:r>
    </w:p>
    <w:p w:rsidR="00F715E6" w:rsidRDefault="008C2048">
      <w:r>
        <w:t>Registration Fee (mandatory and non-refundable): CHF 100</w:t>
      </w:r>
    </w:p>
    <w:p w:rsidR="00B54113" w:rsidRDefault="00B54113"/>
    <w:p w:rsidR="009D2413" w:rsidRDefault="009D2413" w:rsidP="009D2413">
      <w:r>
        <w:t>Student's level in French (e.g., A1, A2, B1, B2</w:t>
      </w:r>
      <w:r w:rsidR="00B54113">
        <w:t>, C1</w:t>
      </w:r>
      <w:r>
        <w:t>…</w:t>
      </w:r>
      <w:bookmarkStart w:id="0" w:name="_GoBack"/>
      <w:bookmarkEnd w:id="0"/>
      <w:r>
        <w:t>):</w:t>
      </w:r>
    </w:p>
    <w:p w:rsidR="009D2413" w:rsidRDefault="009D2413" w:rsidP="009D2413">
      <w:r>
        <w:t>Student's level in English (e.g., A1, A2, B1, B2</w:t>
      </w:r>
      <w:r w:rsidR="00B54113">
        <w:t>, C1</w:t>
      </w:r>
      <w:r>
        <w:t>…):</w:t>
      </w:r>
    </w:p>
    <w:p w:rsidR="003435A6" w:rsidRDefault="003435A6" w:rsidP="009D2413"/>
    <w:p w:rsidR="00F715E6" w:rsidRDefault="008C2048">
      <w:pPr>
        <w:pStyle w:val="Titre2"/>
      </w:pPr>
      <w:r>
        <w:t>4. General Terms and Conditions</w:t>
      </w:r>
    </w:p>
    <w:p w:rsidR="00F715E6" w:rsidRDefault="008C2048">
      <w:r>
        <w:t>• 14–21 days before the start: 50% of the total fee is due.</w:t>
      </w:r>
    </w:p>
    <w:p w:rsidR="00F715E6" w:rsidRDefault="008C2048">
      <w:r>
        <w:t>• 7–13 days before the start: 75% of the total fee is due.</w:t>
      </w:r>
    </w:p>
    <w:p w:rsidR="00F715E6" w:rsidRDefault="008C2048">
      <w:r>
        <w:t>• Less than 7 days before the start: 100% of the total fee is due.</w:t>
      </w:r>
    </w:p>
    <w:p w:rsidR="00F715E6" w:rsidRDefault="008C2048">
      <w:r>
        <w:t>• Withdrawal after the course starts: only the current week remains payable.</w:t>
      </w:r>
    </w:p>
    <w:p w:rsidR="00F715E6" w:rsidRDefault="008C2048">
      <w:r>
        <w:t>• Unused weeks may be postponed only upon presentation of a medical certificate.</w:t>
      </w:r>
    </w:p>
    <w:p w:rsidR="00F715E6" w:rsidRDefault="008C2048">
      <w:pPr>
        <w:pStyle w:val="Titre2"/>
      </w:pPr>
      <w:r>
        <w:t>5. Signature</w:t>
      </w:r>
    </w:p>
    <w:p w:rsidR="00F715E6" w:rsidRDefault="008C2048">
      <w:r>
        <w:t>I certify that the information provided is accurate and I accept the General Terms and Conditions.</w:t>
      </w:r>
    </w:p>
    <w:p w:rsidR="00F715E6" w:rsidRDefault="00F715E6"/>
    <w:p w:rsidR="00F715E6" w:rsidRDefault="008C2048">
      <w:r>
        <w:t>Signed at: ____________________   Date: ____ / ____ / 20___</w:t>
      </w:r>
    </w:p>
    <w:p w:rsidR="00F715E6" w:rsidRDefault="00F63989">
      <w:r>
        <w:t>The student agrees to comply with the internal regulations of Lemania School.</w:t>
      </w:r>
    </w:p>
    <w:p w:rsidR="00F63989" w:rsidRDefault="00F63989"/>
    <w:p w:rsidR="00F715E6" w:rsidRDefault="008C2048">
      <w:r>
        <w:t>Student's Signature: ____________________________</w:t>
      </w:r>
    </w:p>
    <w:p w:rsidR="00F715E6" w:rsidRDefault="00F715E6"/>
    <w:p w:rsidR="00F715E6" w:rsidRDefault="008C2048">
      <w:r>
        <w:t>Parent's / Legal Guardian's Signature (if under 18): ____________________________</w:t>
      </w:r>
    </w:p>
    <w:sectPr w:rsidR="00F715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435A6"/>
    <w:rsid w:val="008C2048"/>
    <w:rsid w:val="009D2413"/>
    <w:rsid w:val="00AA1D8D"/>
    <w:rsid w:val="00B47730"/>
    <w:rsid w:val="00B54113"/>
    <w:rsid w:val="00C8346D"/>
    <w:rsid w:val="00CB0664"/>
    <w:rsid w:val="00E526EE"/>
    <w:rsid w:val="00F63989"/>
    <w:rsid w:val="00F715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CB85A"/>
  <w14:defaultImageDpi w14:val="300"/>
  <w15:docId w15:val="{1F047354-101D-4ECD-A8A3-2E3B2175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863796-C708-490A-BDD0-7C3120B20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1705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THAI Anh-Tan</cp:lastModifiedBy>
  <cp:revision>4</cp:revision>
  <dcterms:created xsi:type="dcterms:W3CDTF">2026-07-30T15:33:00Z</dcterms:created>
  <dcterms:modified xsi:type="dcterms:W3CDTF">2026-07-30T15:39:00Z</dcterms:modified>
  <cp:category/>
</cp:coreProperties>
</file>